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30"/>
          <w:lang w:val="pl-PL"/>
        </w:rPr>
      </w:pPr>
      <w:r>
        <w:rPr>
          <w:b/>
          <w:sz w:val="30"/>
          <w:lang w:val="pl-PL"/>
        </w:rPr>
      </w:r>
    </w:p>
    <w:p>
      <w:pPr>
        <w:pStyle w:val="Normal"/>
        <w:jc w:val="center"/>
        <w:rPr>
          <w:lang w:val="pl-PL"/>
        </w:rPr>
      </w:pPr>
      <w:r>
        <w:rPr>
          <w:b/>
          <w:sz w:val="30"/>
          <w:lang w:val="pl-PL"/>
        </w:rPr>
        <w:t>REZYGNACJA Z UDZIAŁU W ZAJĘCIACH</w:t>
      </w:r>
    </w:p>
    <w:p>
      <w:pPr>
        <w:pStyle w:val="Normal"/>
        <w:jc w:val="center"/>
        <w:rPr>
          <w:b/>
          <w:b/>
          <w:sz w:val="26"/>
          <w:lang w:val="pl-PL"/>
        </w:rPr>
      </w:pPr>
      <w:r>
        <w:rPr>
          <w:b/>
          <w:sz w:val="26"/>
          <w:lang w:val="pl-PL"/>
        </w:rPr>
        <w:t>„</w:t>
      </w:r>
      <w:r>
        <w:rPr>
          <w:b/>
          <w:sz w:val="26"/>
          <w:lang w:val="pl-PL"/>
        </w:rPr>
        <w:t>EDUKACJA ZDROWOTNA – ZDROWIE SEKSUALNE”</w:t>
      </w:r>
    </w:p>
    <w:p>
      <w:pPr>
        <w:pStyle w:val="Normal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</w:r>
    </w:p>
    <w:p>
      <w:pPr>
        <w:pStyle w:val="Normal"/>
        <w:spacing w:before="0" w:after="140"/>
        <w:rPr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Imię i nazwisko rodzica/opiekuna prawnego: </w:t>
      </w:r>
      <w:r>
        <w:rPr>
          <w:sz w:val="28"/>
          <w:szCs w:val="28"/>
          <w:lang w:val="pl-PL"/>
        </w:rPr>
        <w:t>..........................................................</w:t>
      </w:r>
    </w:p>
    <w:p>
      <w:pPr>
        <w:pStyle w:val="Normal"/>
        <w:spacing w:before="0" w:after="140"/>
        <w:rPr>
          <w:b/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Imię i nazwisko ucznia/uczennicy: </w:t>
      </w:r>
    </w:p>
    <w:p>
      <w:pPr>
        <w:pStyle w:val="Normal"/>
        <w:spacing w:before="0" w:after="140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........................................................</w:t>
      </w:r>
    </w:p>
    <w:p>
      <w:pPr>
        <w:pStyle w:val="Normal"/>
        <w:spacing w:before="0" w:after="140"/>
        <w:rPr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Klasa: </w:t>
      </w:r>
      <w:r>
        <w:rPr>
          <w:sz w:val="28"/>
          <w:szCs w:val="28"/>
          <w:lang w:val="pl-PL"/>
        </w:rPr>
        <w:t>................................................</w:t>
      </w:r>
    </w:p>
    <w:p>
      <w:pPr>
        <w:pStyle w:val="Normal"/>
        <w:spacing w:before="120" w:after="200"/>
        <w:ind w:left="4320" w:firstLine="720"/>
        <w:rPr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Do Dyrektora Szkoły Podstawowej nr 1</w:t>
      </w:r>
    </w:p>
    <w:p>
      <w:pPr>
        <w:pStyle w:val="Normal"/>
        <w:spacing w:before="100" w:after="200"/>
        <w:jc w:val="center"/>
        <w:rPr>
          <w:b/>
          <w:b/>
          <w:sz w:val="24"/>
          <w:lang w:val="pl-PL"/>
        </w:rPr>
      </w:pPr>
      <w:r>
        <w:rPr>
          <w:b/>
          <w:sz w:val="24"/>
          <w:lang w:val="pl-PL"/>
        </w:rPr>
      </w:r>
    </w:p>
    <w:p>
      <w:pPr>
        <w:pStyle w:val="Normal"/>
        <w:spacing w:before="100" w:after="200"/>
        <w:jc w:val="center"/>
        <w:rPr>
          <w:b/>
          <w:b/>
          <w:sz w:val="32"/>
          <w:szCs w:val="28"/>
          <w:lang w:val="pl-PL"/>
        </w:rPr>
      </w:pPr>
      <w:r>
        <w:rPr>
          <w:b/>
          <w:sz w:val="32"/>
          <w:szCs w:val="28"/>
          <w:lang w:val="pl-PL"/>
        </w:rPr>
      </w:r>
    </w:p>
    <w:p>
      <w:pPr>
        <w:pStyle w:val="Normal"/>
        <w:spacing w:before="100" w:after="200"/>
        <w:jc w:val="center"/>
        <w:rPr>
          <w:sz w:val="24"/>
          <w:szCs w:val="28"/>
          <w:lang w:val="pl-PL"/>
        </w:rPr>
      </w:pPr>
      <w:r>
        <w:rPr>
          <w:b/>
          <w:sz w:val="32"/>
          <w:szCs w:val="28"/>
          <w:lang w:val="pl-PL"/>
        </w:rPr>
        <w:t>OŚWIADCZENIE</w:t>
      </w:r>
    </w:p>
    <w:p>
      <w:pPr>
        <w:pStyle w:val="Normal"/>
        <w:spacing w:lineRule="auto" w:line="259"/>
        <w:jc w:val="both"/>
        <w:rPr>
          <w:sz w:val="24"/>
          <w:szCs w:val="28"/>
          <w:lang w:val="pl-PL"/>
        </w:rPr>
      </w:pPr>
      <w:r>
        <w:rPr>
          <w:sz w:val="24"/>
          <w:szCs w:val="28"/>
          <w:lang w:val="pl-PL"/>
        </w:rPr>
        <w:t>Na podstawie § 5 ust. 1 Rozporządzenia Ministra Edukacji z dnia 17 lipca 2026 r. 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 ogólnego (Dz.U. z 2026 r. poz. 966),</w:t>
      </w:r>
    </w:p>
    <w:p>
      <w:pPr>
        <w:pStyle w:val="Normal"/>
        <w:spacing w:before="80" w:after="240"/>
        <w:jc w:val="center"/>
        <w:rPr>
          <w:sz w:val="24"/>
          <w:szCs w:val="28"/>
          <w:lang w:val="pl-PL"/>
        </w:rPr>
      </w:pPr>
      <w:r>
        <w:rPr>
          <w:b/>
          <w:sz w:val="28"/>
          <w:szCs w:val="28"/>
          <w:lang w:val="pl-PL"/>
        </w:rPr>
        <w:t>rezygnuję z udziału mojego dziecka w zajęciach „edukacja zdrowotna – zdrowie seksualne” w roku szkolnym 2026/2027.</w:t>
      </w:r>
    </w:p>
    <w:p>
      <w:pPr>
        <w:pStyle w:val="Normal"/>
        <w:spacing w:before="0" w:after="440"/>
        <w:jc w:val="both"/>
        <w:rPr>
          <w:sz w:val="24"/>
          <w:szCs w:val="28"/>
          <w:lang w:val="pl-PL"/>
        </w:rPr>
      </w:pPr>
      <w:r>
        <w:rPr>
          <w:sz w:val="24"/>
          <w:szCs w:val="28"/>
          <w:lang w:val="pl-PL"/>
        </w:rPr>
        <w:t>Oświadczam, że zostałem/zostałam poinformowany/poinformowana o organizacji tych zajęć oraz przyjmuję do wiadomości skutki złożenia niniejszej rezygnacji.</w:t>
      </w:r>
    </w:p>
    <w:tbl>
      <w:tblPr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sz w:val="19"/>
              </w:rPr>
              <w:t>................................................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sz w:val="19"/>
              </w:rPr>
              <w:t>................................................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i/>
                <w:sz w:val="19"/>
              </w:rPr>
              <w:t>miejscowość, data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lang w:val="pl-PL"/>
              </w:rPr>
            </w:pPr>
            <w:r>
              <w:rPr>
                <w:i/>
                <w:sz w:val="19"/>
                <w:lang w:val="pl-PL"/>
              </w:rPr>
              <w:t>czytelny podpis rodzica/opiekuna prawnego</w:t>
            </w:r>
          </w:p>
        </w:tc>
      </w:tr>
    </w:tbl>
    <w:p>
      <w:pPr>
        <w:pStyle w:val="Normal"/>
        <w:spacing w:before="0" w:after="200"/>
        <w:rPr>
          <w:lang w:val="pl-PL"/>
        </w:rPr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1134" w:right="1134" w:gutter="0" w:header="720" w:top="1020" w:footer="72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>
        <w:color w:val="787878"/>
        <w:sz w:val="16"/>
      </w:rPr>
      <w:t>SP1 • rok szkolny 2026/2027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>
        <w:lang w:val="pl-PL"/>
      </w:rPr>
    </w:pPr>
    <w:r>
      <w:rPr>
        <w:b/>
        <w:color w:val="218B90"/>
        <w:sz w:val="24"/>
        <w:lang w:val="pl-PL"/>
      </w:rPr>
      <w:t>SZKOŁA PODSTAWOWA NR 1</w:t>
    </w:r>
    <w:r>
      <w:rPr>
        <w:sz w:val="18"/>
        <w:lang w:val="pl-PL"/>
      </w:rPr>
      <w:br/>
      <w:t xml:space="preserve">Kształtujemy do </w:t>
    </w:r>
    <w:r>
      <w:rPr>
        <w:b/>
        <w:color w:val="F9D332"/>
        <w:sz w:val="18"/>
        <w:lang w:val="pl-PL"/>
      </w:rPr>
      <w:t>wartości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Wyróżnienie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LibreOffice/7.3.0.3$Windows_X86_64 LibreOffice_project/0f246aa12d0eee4a0f7adcefbf7c878fc2238db3</Application>
  <AppVersion>15.0000</AppVersion>
  <Pages>1</Pages>
  <Words>140</Words>
  <Characters>1153</Characters>
  <CharactersWithSpaces>1279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2026-09-09T08:44:00Z</dcterms:created>
  <dc:creator>python-docx</dc:creator>
  <dc:description>generated by python-docx</dc:description>
  <dc:language>pl-PL</dc:language>
  <cp:lastModifiedBy/>
  <dcterms:modified xsi:type="dcterms:W3CDTF">2026-09-11T13:07:42Z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